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B" w:rsidRDefault="00156C84">
      <w:pPr>
        <w:bidi/>
        <w:spacing w:after="40"/>
        <w:jc w:val="center"/>
      </w:pPr>
      <w:bookmarkStart w:id="0" w:name="_GoBack"/>
      <w:bookmarkEnd w:id="0"/>
      <w:r>
        <w:rPr>
          <w:rFonts w:cs="Arial"/>
          <w:b/>
          <w:bCs/>
          <w:rtl/>
        </w:rPr>
        <w:t>الجمهورية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الجزائرية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الديمقراطية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الشعبية</w:t>
      </w:r>
    </w:p>
    <w:p w:rsidR="00357CAB" w:rsidRDefault="00156C84">
      <w:pPr>
        <w:bidi/>
        <w:spacing w:after="40"/>
        <w:jc w:val="center"/>
      </w:pPr>
      <w:r>
        <w:rPr>
          <w:rFonts w:cs="Arial"/>
          <w:b/>
          <w:bCs/>
          <w:rtl/>
        </w:rPr>
        <w:t>وزارة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التعليم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العالي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والبحث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العلمي</w:t>
      </w:r>
    </w:p>
    <w:p w:rsidR="00357CAB" w:rsidRDefault="00156C84">
      <w:pPr>
        <w:bidi/>
        <w:spacing w:after="40"/>
        <w:jc w:val="center"/>
      </w:pPr>
      <w:r>
        <w:rPr>
          <w:rFonts w:cs="Arial"/>
          <w:b/>
          <w:bCs/>
          <w:rtl/>
        </w:rPr>
        <w:t>جامعة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سعد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دحلب</w:t>
      </w:r>
      <w:r>
        <w:rPr>
          <w:b/>
        </w:rPr>
        <w:t xml:space="preserve"> - </w:t>
      </w:r>
      <w:r>
        <w:rPr>
          <w:rFonts w:cs="Arial"/>
          <w:b/>
          <w:bCs/>
          <w:rtl/>
        </w:rPr>
        <w:t>البليدة</w:t>
      </w:r>
      <w:r>
        <w:rPr>
          <w:b/>
        </w:rPr>
        <w:t xml:space="preserve"> 1</w:t>
      </w:r>
    </w:p>
    <w:p w:rsidR="00357CAB" w:rsidRDefault="00156C84">
      <w:pPr>
        <w:bidi/>
        <w:spacing w:after="40"/>
        <w:jc w:val="center"/>
      </w:pPr>
      <w:r>
        <w:rPr>
          <w:rFonts w:cs="Arial"/>
          <w:b/>
          <w:bCs/>
          <w:rtl/>
        </w:rPr>
        <w:t>معهد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الهندسة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المعمارية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والتعمير</w:t>
      </w:r>
    </w:p>
    <w:p w:rsidR="00357CAB" w:rsidRDefault="00156C84">
      <w:pPr>
        <w:bidi/>
        <w:spacing w:after="40"/>
        <w:jc w:val="center"/>
      </w:pPr>
      <w:r>
        <w:rPr>
          <w:rFonts w:cs="Arial"/>
          <w:b/>
          <w:bCs/>
          <w:rtl/>
        </w:rPr>
        <w:t>الأمانة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الفرعية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للبيداغوجيا</w:t>
      </w:r>
      <w:r>
        <w:rPr>
          <w:b/>
        </w:rPr>
        <w:t xml:space="preserve"> / </w:t>
      </w:r>
      <w:r>
        <w:rPr>
          <w:rFonts w:cs="Arial"/>
          <w:b/>
          <w:bCs/>
          <w:rtl/>
        </w:rPr>
        <w:t>مصلحة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التدريس</w:t>
      </w:r>
    </w:p>
    <w:p w:rsidR="00357CAB" w:rsidRDefault="00357CAB">
      <w:pPr>
        <w:spacing w:after="160"/>
      </w:pPr>
    </w:p>
    <w:p w:rsidR="00357CAB" w:rsidRDefault="00156C84">
      <w:pPr>
        <w:bidi/>
        <w:spacing w:after="240"/>
        <w:jc w:val="center"/>
      </w:pPr>
      <w:r>
        <w:rPr>
          <w:rFonts w:cs="Arial"/>
          <w:b/>
          <w:bCs/>
          <w:color w:val="1B365D"/>
          <w:sz w:val="32"/>
          <w:szCs w:val="32"/>
          <w:rtl/>
        </w:rPr>
        <w:t>استمارة</w:t>
      </w:r>
      <w:r>
        <w:rPr>
          <w:b/>
          <w:color w:val="1B365D"/>
          <w:sz w:val="32"/>
        </w:rPr>
        <w:t xml:space="preserve"> </w:t>
      </w:r>
      <w:r>
        <w:rPr>
          <w:rFonts w:cs="Arial"/>
          <w:b/>
          <w:bCs/>
          <w:color w:val="1B365D"/>
          <w:sz w:val="32"/>
          <w:szCs w:val="32"/>
          <w:rtl/>
        </w:rPr>
        <w:t>طلب</w:t>
      </w:r>
      <w:r>
        <w:rPr>
          <w:b/>
          <w:color w:val="1B365D"/>
          <w:sz w:val="32"/>
        </w:rPr>
        <w:t xml:space="preserve"> </w:t>
      </w:r>
      <w:r>
        <w:rPr>
          <w:rFonts w:cs="Arial"/>
          <w:b/>
          <w:bCs/>
          <w:color w:val="1B365D"/>
          <w:sz w:val="32"/>
          <w:szCs w:val="32"/>
          <w:rtl/>
        </w:rPr>
        <w:t>خطي</w:t>
      </w:r>
      <w:r>
        <w:rPr>
          <w:b/>
          <w:color w:val="1B365D"/>
          <w:sz w:val="32"/>
        </w:rPr>
        <w:t xml:space="preserve"> / </w:t>
      </w:r>
      <w:r>
        <w:rPr>
          <w:rFonts w:cs="Arial"/>
          <w:b/>
          <w:bCs/>
          <w:color w:val="1B365D"/>
          <w:sz w:val="32"/>
          <w:szCs w:val="32"/>
          <w:rtl/>
        </w:rPr>
        <w:t>إداري</w:t>
      </w:r>
      <w:r>
        <w:rPr>
          <w:b/>
          <w:color w:val="1B365D"/>
          <w:sz w:val="32"/>
        </w:rPr>
        <w:t xml:space="preserve"> (</w:t>
      </w:r>
      <w:r>
        <w:rPr>
          <w:rFonts w:cs="Arial"/>
          <w:b/>
          <w:bCs/>
          <w:color w:val="1B365D"/>
          <w:sz w:val="32"/>
          <w:szCs w:val="32"/>
          <w:rtl/>
        </w:rPr>
        <w:t>خاصة</w:t>
      </w:r>
      <w:r>
        <w:rPr>
          <w:b/>
          <w:color w:val="1B365D"/>
          <w:sz w:val="32"/>
        </w:rPr>
        <w:t xml:space="preserve"> </w:t>
      </w:r>
      <w:r>
        <w:rPr>
          <w:rFonts w:cs="Arial"/>
          <w:b/>
          <w:bCs/>
          <w:color w:val="1B365D"/>
          <w:sz w:val="32"/>
          <w:szCs w:val="32"/>
          <w:rtl/>
        </w:rPr>
        <w:t>بالطالب</w:t>
      </w:r>
      <w:r>
        <w:rPr>
          <w:b/>
          <w:color w:val="1B365D"/>
          <w:sz w:val="32"/>
        </w:rPr>
        <w:t>)</w:t>
      </w:r>
    </w:p>
    <w:p w:rsidR="00357CAB" w:rsidRDefault="00156C84">
      <w:pPr>
        <w:bidi/>
        <w:spacing w:before="200" w:after="120"/>
        <w:jc w:val="right"/>
      </w:pPr>
      <w:r>
        <w:rPr>
          <w:rFonts w:cs="Arial"/>
          <w:b/>
          <w:bCs/>
          <w:color w:val="1B365D"/>
          <w:sz w:val="24"/>
          <w:szCs w:val="24"/>
          <w:rtl/>
        </w:rPr>
        <w:t>أولاً</w:t>
      </w:r>
      <w:r>
        <w:rPr>
          <w:b/>
          <w:color w:val="1B365D"/>
          <w:sz w:val="24"/>
        </w:rPr>
        <w:t xml:space="preserve">: </w:t>
      </w:r>
      <w:r>
        <w:rPr>
          <w:rFonts w:cs="Arial"/>
          <w:b/>
          <w:bCs/>
          <w:color w:val="1B365D"/>
          <w:sz w:val="24"/>
          <w:szCs w:val="24"/>
          <w:rtl/>
        </w:rPr>
        <w:t>معلومات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الطالب</w:t>
      </w:r>
      <w:r>
        <w:rPr>
          <w:b/>
          <w:color w:val="1B365D"/>
          <w:sz w:val="24"/>
        </w:rPr>
        <w:t xml:space="preserve"> (</w:t>
      </w:r>
      <w:r>
        <w:rPr>
          <w:rFonts w:cs="Arial"/>
          <w:b/>
          <w:bCs/>
          <w:color w:val="1B365D"/>
          <w:sz w:val="24"/>
          <w:szCs w:val="24"/>
          <w:rtl/>
        </w:rPr>
        <w:t>يرجى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الكتابة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بخط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واضح</w:t>
      </w:r>
      <w:r>
        <w:rPr>
          <w:b/>
          <w:color w:val="1B365D"/>
          <w:sz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0"/>
        <w:gridCol w:w="5090"/>
      </w:tblGrid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اللقب</w:t>
            </w:r>
            <w:r>
              <w:rPr>
                <w:sz w:val="21"/>
              </w:rPr>
              <w:t>: ..............................................................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الاسم</w:t>
            </w:r>
            <w:r>
              <w:rPr>
                <w:sz w:val="21"/>
              </w:rPr>
              <w:t>: ..............................................................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تاريخ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ومكان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الازدياد</w:t>
            </w:r>
            <w:r>
              <w:rPr>
                <w:sz w:val="21"/>
              </w:rPr>
              <w:t>: ...........................................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رقم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التسجيل</w:t>
            </w:r>
            <w:r>
              <w:rPr>
                <w:sz w:val="21"/>
              </w:rPr>
              <w:t xml:space="preserve"> (</w:t>
            </w:r>
            <w:r>
              <w:rPr>
                <w:rFonts w:cs="Arial"/>
                <w:sz w:val="21"/>
                <w:szCs w:val="21"/>
                <w:rtl/>
              </w:rPr>
              <w:t>البكالوريا</w:t>
            </w:r>
            <w:r>
              <w:rPr>
                <w:sz w:val="21"/>
              </w:rPr>
              <w:t>): .............</w:t>
            </w:r>
            <w:r>
              <w:rPr>
                <w:sz w:val="21"/>
              </w:rPr>
              <w:t>...........................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المستوى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الدراسي</w:t>
            </w:r>
            <w:r>
              <w:rPr>
                <w:sz w:val="21"/>
              </w:rPr>
              <w:t xml:space="preserve">: [  ] </w:t>
            </w:r>
            <w:r>
              <w:rPr>
                <w:rFonts w:cs="Arial"/>
                <w:sz w:val="21"/>
                <w:szCs w:val="21"/>
                <w:rtl/>
              </w:rPr>
              <w:t>ليسانس</w:t>
            </w:r>
            <w:r>
              <w:rPr>
                <w:sz w:val="21"/>
              </w:rPr>
              <w:t xml:space="preserve">    [  ] </w:t>
            </w:r>
            <w:r>
              <w:rPr>
                <w:rFonts w:cs="Arial"/>
                <w:sz w:val="21"/>
                <w:szCs w:val="21"/>
                <w:rtl/>
              </w:rPr>
              <w:t>ماستر</w:t>
            </w:r>
            <w:r>
              <w:rPr>
                <w:sz w:val="21"/>
              </w:rPr>
              <w:t xml:space="preserve"> (</w:t>
            </w:r>
            <w:r>
              <w:rPr>
                <w:rFonts w:cs="Arial"/>
                <w:sz w:val="21"/>
                <w:szCs w:val="21"/>
                <w:rtl/>
              </w:rPr>
              <w:t>السنة</w:t>
            </w:r>
            <w:r>
              <w:rPr>
                <w:sz w:val="21"/>
              </w:rPr>
              <w:t>: ..... 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التخصص</w:t>
            </w:r>
            <w:r>
              <w:rPr>
                <w:sz w:val="21"/>
              </w:rPr>
              <w:t xml:space="preserve"> / </w:t>
            </w:r>
            <w:r>
              <w:rPr>
                <w:rFonts w:cs="Arial"/>
                <w:sz w:val="21"/>
                <w:szCs w:val="21"/>
                <w:rtl/>
              </w:rPr>
              <w:t>الفوج</w:t>
            </w:r>
            <w:r>
              <w:rPr>
                <w:sz w:val="21"/>
              </w:rPr>
              <w:t>: .................................................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رقم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الهاتف</w:t>
            </w:r>
            <w:r>
              <w:rPr>
                <w:sz w:val="21"/>
              </w:rPr>
              <w:t>: .......................................................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rFonts w:cs="Arial"/>
                <w:sz w:val="21"/>
                <w:szCs w:val="21"/>
                <w:rtl/>
              </w:rPr>
              <w:t>البريد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الإلكتروني</w:t>
            </w:r>
            <w:r>
              <w:rPr>
                <w:sz w:val="21"/>
              </w:rPr>
              <w:t xml:space="preserve">: </w:t>
            </w:r>
            <w:r>
              <w:rPr>
                <w:sz w:val="21"/>
              </w:rPr>
              <w:t>.................................................</w:t>
            </w:r>
          </w:p>
        </w:tc>
      </w:tr>
    </w:tbl>
    <w:p w:rsidR="00357CAB" w:rsidRDefault="00156C84">
      <w:pPr>
        <w:bidi/>
        <w:spacing w:before="240" w:after="120"/>
        <w:jc w:val="right"/>
      </w:pPr>
      <w:r>
        <w:rPr>
          <w:rFonts w:cs="Arial"/>
          <w:b/>
          <w:bCs/>
          <w:color w:val="1B365D"/>
          <w:sz w:val="24"/>
          <w:szCs w:val="24"/>
          <w:rtl/>
        </w:rPr>
        <w:t>ثانياً</w:t>
      </w:r>
      <w:r>
        <w:rPr>
          <w:b/>
          <w:color w:val="1B365D"/>
          <w:sz w:val="24"/>
        </w:rPr>
        <w:t xml:space="preserve">: </w:t>
      </w:r>
      <w:r>
        <w:rPr>
          <w:rFonts w:cs="Arial"/>
          <w:b/>
          <w:bCs/>
          <w:color w:val="1B365D"/>
          <w:sz w:val="24"/>
          <w:szCs w:val="24"/>
          <w:rtl/>
        </w:rPr>
        <w:t>طبيعة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الطلب</w:t>
      </w:r>
      <w:r>
        <w:rPr>
          <w:b/>
          <w:color w:val="1B365D"/>
          <w:sz w:val="24"/>
        </w:rPr>
        <w:t xml:space="preserve"> (</w:t>
      </w:r>
      <w:r>
        <w:rPr>
          <w:rFonts w:cs="Arial"/>
          <w:b/>
          <w:bCs/>
          <w:color w:val="1B365D"/>
          <w:sz w:val="24"/>
          <w:szCs w:val="24"/>
          <w:rtl/>
        </w:rPr>
        <w:t>ضع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علامة</w:t>
      </w:r>
      <w:r>
        <w:rPr>
          <w:b/>
          <w:color w:val="1B365D"/>
          <w:sz w:val="24"/>
        </w:rPr>
        <w:t xml:space="preserve"> [X] </w:t>
      </w:r>
      <w:r>
        <w:rPr>
          <w:rFonts w:cs="Arial"/>
          <w:b/>
          <w:bCs/>
          <w:color w:val="1B365D"/>
          <w:sz w:val="24"/>
          <w:szCs w:val="24"/>
          <w:rtl/>
        </w:rPr>
        <w:t>أمام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الخيار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المناسب</w:t>
      </w:r>
      <w:r>
        <w:rPr>
          <w:b/>
          <w:color w:val="1B365D"/>
          <w:sz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0"/>
        <w:gridCol w:w="5090"/>
      </w:tblGrid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شهادة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مدرسية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شهادة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تسجيل</w:t>
            </w:r>
            <w:r>
              <w:rPr>
                <w:sz w:val="21"/>
              </w:rPr>
              <w:t xml:space="preserve"> / </w:t>
            </w:r>
            <w:r>
              <w:rPr>
                <w:rFonts w:cs="Arial"/>
                <w:sz w:val="21"/>
                <w:szCs w:val="21"/>
                <w:rtl/>
              </w:rPr>
              <w:t>إعادة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تسجيل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كشف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النقاط</w:t>
            </w:r>
            <w:r>
              <w:rPr>
                <w:sz w:val="21"/>
              </w:rPr>
              <w:t xml:space="preserve"> (</w:t>
            </w:r>
            <w:r>
              <w:rPr>
                <w:rFonts w:cs="Arial"/>
                <w:sz w:val="21"/>
                <w:szCs w:val="21"/>
                <w:rtl/>
              </w:rPr>
              <w:t>السداسي</w:t>
            </w:r>
            <w:r>
              <w:rPr>
                <w:sz w:val="21"/>
              </w:rPr>
              <w:t xml:space="preserve">: ....... / </w:t>
            </w:r>
            <w:r>
              <w:rPr>
                <w:rFonts w:cs="Arial"/>
                <w:sz w:val="21"/>
                <w:szCs w:val="21"/>
                <w:rtl/>
              </w:rPr>
              <w:t>السنة</w:t>
            </w:r>
            <w:r>
              <w:rPr>
                <w:sz w:val="21"/>
              </w:rPr>
              <w:t>: ...................)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سحب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مؤقت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للبكالوريا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الأصلية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</w:t>
            </w:r>
            <w:r>
              <w:rPr>
                <w:sz w:val="21"/>
              </w:rPr>
              <w:t xml:space="preserve"> ] </w:t>
            </w:r>
            <w:r>
              <w:rPr>
                <w:rFonts w:cs="Arial"/>
                <w:sz w:val="21"/>
                <w:szCs w:val="21"/>
                <w:rtl/>
              </w:rPr>
              <w:t>عطلة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أكاديمية</w:t>
            </w:r>
            <w:r>
              <w:rPr>
                <w:sz w:val="21"/>
              </w:rPr>
              <w:t xml:space="preserve"> (</w:t>
            </w:r>
            <w:r>
              <w:rPr>
                <w:rFonts w:cs="Arial"/>
                <w:sz w:val="21"/>
                <w:szCs w:val="21"/>
                <w:rtl/>
              </w:rPr>
              <w:t>تجميد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السنة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الدراسية</w:t>
            </w:r>
            <w:r>
              <w:rPr>
                <w:sz w:val="21"/>
              </w:rPr>
              <w:t>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طلب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إعادة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إدماج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بعد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عطلة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أكاديمية</w:t>
            </w:r>
          </w:p>
        </w:tc>
      </w:tr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طلب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تصحيح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خطأ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في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الوثائق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البيداغوجية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right"/>
            </w:pPr>
            <w:r>
              <w:rPr>
                <w:sz w:val="21"/>
              </w:rPr>
              <w:t xml:space="preserve">[  ] </w:t>
            </w:r>
            <w:r>
              <w:rPr>
                <w:rFonts w:cs="Arial"/>
                <w:sz w:val="21"/>
                <w:szCs w:val="21"/>
                <w:rtl/>
              </w:rPr>
              <w:t>أخرى</w:t>
            </w:r>
            <w:r>
              <w:rPr>
                <w:sz w:val="21"/>
              </w:rPr>
              <w:t xml:space="preserve"> (</w:t>
            </w:r>
            <w:r>
              <w:rPr>
                <w:rFonts w:cs="Arial"/>
                <w:sz w:val="21"/>
                <w:szCs w:val="21"/>
                <w:rtl/>
              </w:rPr>
              <w:t>يرجى</w:t>
            </w:r>
            <w:r>
              <w:rPr>
                <w:sz w:val="21"/>
              </w:rPr>
              <w:t xml:space="preserve"> </w:t>
            </w:r>
            <w:r>
              <w:rPr>
                <w:rFonts w:cs="Arial"/>
                <w:sz w:val="21"/>
                <w:szCs w:val="21"/>
                <w:rtl/>
              </w:rPr>
              <w:t>التحديد</w:t>
            </w:r>
            <w:r>
              <w:rPr>
                <w:sz w:val="21"/>
              </w:rPr>
              <w:t>): .............................................</w:t>
            </w:r>
          </w:p>
        </w:tc>
      </w:tr>
    </w:tbl>
    <w:p w:rsidR="00357CAB" w:rsidRDefault="00156C84">
      <w:pPr>
        <w:bidi/>
        <w:spacing w:before="240" w:after="80"/>
        <w:jc w:val="right"/>
      </w:pPr>
      <w:r>
        <w:rPr>
          <w:rFonts w:cs="Arial"/>
          <w:b/>
          <w:bCs/>
          <w:color w:val="1B365D"/>
          <w:sz w:val="24"/>
          <w:szCs w:val="24"/>
          <w:rtl/>
        </w:rPr>
        <w:t>ثالثاً</w:t>
      </w:r>
      <w:r>
        <w:rPr>
          <w:b/>
          <w:color w:val="1B365D"/>
          <w:sz w:val="24"/>
        </w:rPr>
        <w:t xml:space="preserve">: </w:t>
      </w:r>
      <w:r>
        <w:rPr>
          <w:rFonts w:cs="Arial"/>
          <w:b/>
          <w:bCs/>
          <w:color w:val="1B365D"/>
          <w:sz w:val="24"/>
          <w:szCs w:val="24"/>
          <w:rtl/>
        </w:rPr>
        <w:t>شرح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تفصيلي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للطلب</w:t>
      </w:r>
      <w:r>
        <w:rPr>
          <w:b/>
          <w:color w:val="1B365D"/>
          <w:sz w:val="24"/>
        </w:rPr>
        <w:t xml:space="preserve"> (</w:t>
      </w:r>
      <w:r>
        <w:rPr>
          <w:rFonts w:cs="Arial"/>
          <w:b/>
          <w:bCs/>
          <w:color w:val="1B365D"/>
          <w:sz w:val="24"/>
          <w:szCs w:val="24"/>
          <w:rtl/>
        </w:rPr>
        <w:t>اختياري</w:t>
      </w:r>
      <w:r>
        <w:rPr>
          <w:b/>
          <w:color w:val="1B365D"/>
          <w:sz w:val="24"/>
        </w:rPr>
        <w:t xml:space="preserve"> / </w:t>
      </w:r>
      <w:r>
        <w:rPr>
          <w:rFonts w:cs="Arial"/>
          <w:b/>
          <w:bCs/>
          <w:color w:val="1B365D"/>
          <w:sz w:val="24"/>
          <w:szCs w:val="24"/>
          <w:rtl/>
        </w:rPr>
        <w:t>عند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الحاجة</w:t>
      </w:r>
      <w:r>
        <w:rPr>
          <w:b/>
          <w:color w:val="1B365D"/>
          <w:sz w:val="24"/>
        </w:rPr>
        <w:t>)</w:t>
      </w:r>
    </w:p>
    <w:p w:rsidR="00357CAB" w:rsidRDefault="00156C84">
      <w:pPr>
        <w:bidi/>
        <w:spacing w:after="40"/>
        <w:jc w:val="right"/>
      </w:pPr>
      <w:r>
        <w:t>.............</w:t>
      </w:r>
      <w:r>
        <w:t>.......................................................................................................................................................................</w:t>
      </w:r>
    </w:p>
    <w:p w:rsidR="00357CAB" w:rsidRDefault="00156C84">
      <w:pPr>
        <w:bidi/>
        <w:spacing w:after="40"/>
        <w:jc w:val="right"/>
      </w:pPr>
      <w:r>
        <w:t>....................................................................................................................................................................................</w:t>
      </w:r>
    </w:p>
    <w:p w:rsidR="00357CAB" w:rsidRDefault="00156C84">
      <w:pPr>
        <w:bidi/>
        <w:spacing w:before="240" w:after="80"/>
        <w:jc w:val="right"/>
      </w:pPr>
      <w:r>
        <w:rPr>
          <w:rFonts w:cs="Arial"/>
          <w:b/>
          <w:bCs/>
          <w:color w:val="1B365D"/>
          <w:sz w:val="24"/>
          <w:szCs w:val="24"/>
          <w:rtl/>
        </w:rPr>
        <w:t>رابعاً</w:t>
      </w:r>
      <w:r>
        <w:rPr>
          <w:b/>
          <w:color w:val="1B365D"/>
          <w:sz w:val="24"/>
        </w:rPr>
        <w:t xml:space="preserve">: </w:t>
      </w:r>
      <w:r>
        <w:rPr>
          <w:rFonts w:cs="Arial"/>
          <w:b/>
          <w:bCs/>
          <w:color w:val="1B365D"/>
          <w:sz w:val="24"/>
          <w:szCs w:val="24"/>
          <w:rtl/>
        </w:rPr>
        <w:t>المرفقات</w:t>
      </w:r>
      <w:r>
        <w:rPr>
          <w:b/>
          <w:color w:val="1B365D"/>
          <w:sz w:val="24"/>
        </w:rPr>
        <w:t xml:space="preserve"> (</w:t>
      </w:r>
      <w:r>
        <w:rPr>
          <w:rFonts w:cs="Arial"/>
          <w:b/>
          <w:bCs/>
          <w:color w:val="1B365D"/>
          <w:sz w:val="24"/>
          <w:szCs w:val="24"/>
          <w:rtl/>
        </w:rPr>
        <w:t>الوثائق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المرفقة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بالملف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إن</w:t>
      </w:r>
      <w:r>
        <w:rPr>
          <w:b/>
          <w:color w:val="1B365D"/>
          <w:sz w:val="24"/>
        </w:rPr>
        <w:t xml:space="preserve"> </w:t>
      </w:r>
      <w:r>
        <w:rPr>
          <w:rFonts w:cs="Arial"/>
          <w:b/>
          <w:bCs/>
          <w:color w:val="1B365D"/>
          <w:sz w:val="24"/>
          <w:szCs w:val="24"/>
          <w:rtl/>
        </w:rPr>
        <w:t>وجدت</w:t>
      </w:r>
      <w:r>
        <w:rPr>
          <w:b/>
          <w:color w:val="1B365D"/>
          <w:sz w:val="24"/>
        </w:rPr>
        <w:t>)</w:t>
      </w:r>
    </w:p>
    <w:p w:rsidR="00357CAB" w:rsidRDefault="00156C84">
      <w:pPr>
        <w:bidi/>
        <w:spacing w:after="240"/>
        <w:jc w:val="right"/>
      </w:pPr>
      <w:r>
        <w:t>1) ......................</w:t>
      </w:r>
      <w:r>
        <w:t>...................................................   2) 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0"/>
        <w:gridCol w:w="5090"/>
      </w:tblGrid>
      <w:tr w:rsidR="00357CAB">
        <w:trPr>
          <w:jc w:val="center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center"/>
            </w:pPr>
            <w:r>
              <w:rPr>
                <w:rFonts w:cs="Arial"/>
                <w:b/>
                <w:bCs/>
                <w:rtl/>
              </w:rPr>
              <w:t>إمضاء</w:t>
            </w:r>
            <w:r>
              <w:rPr>
                <w:b/>
              </w:rPr>
              <w:t xml:space="preserve"> </w:t>
            </w:r>
            <w:r>
              <w:rPr>
                <w:rFonts w:cs="Arial"/>
                <w:b/>
                <w:bCs/>
                <w:rtl/>
              </w:rPr>
              <w:t>الطالب</w:t>
            </w:r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.......................................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357CAB" w:rsidRDefault="00156C84">
            <w:pPr>
              <w:bidi/>
              <w:jc w:val="center"/>
            </w:pPr>
            <w:r>
              <w:rPr>
                <w:rFonts w:cs="Arial"/>
                <w:rtl/>
              </w:rPr>
              <w:t>حرر</w:t>
            </w:r>
            <w:r>
              <w:t xml:space="preserve"> </w:t>
            </w:r>
            <w:r>
              <w:rPr>
                <w:rFonts w:cs="Arial"/>
                <w:rtl/>
              </w:rPr>
              <w:t>بالبليدة</w:t>
            </w:r>
            <w:r>
              <w:t xml:space="preserve"> </w:t>
            </w:r>
            <w:r>
              <w:rPr>
                <w:rFonts w:cs="Arial"/>
                <w:rtl/>
              </w:rPr>
              <w:t>في</w:t>
            </w:r>
            <w:r>
              <w:t>: ........ / ........ / ................</w:t>
            </w:r>
          </w:p>
        </w:tc>
      </w:tr>
    </w:tbl>
    <w:p w:rsidR="00357CAB" w:rsidRDefault="00357CAB">
      <w:pPr>
        <w:spacing w:after="2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81"/>
      </w:tblGrid>
      <w:tr w:rsidR="00357CAB">
        <w:trPr>
          <w:jc w:val="center"/>
        </w:trPr>
        <w:tc>
          <w:tcPr>
            <w:tcW w:w="10181" w:type="dxa"/>
            <w:tcBorders>
              <w:top w:val="double" w:sz="12" w:space="0" w:color="1B365D"/>
              <w:left w:val="double" w:sz="12" w:space="0" w:color="1B365D"/>
              <w:bottom w:val="double" w:sz="12" w:space="0" w:color="1B365D"/>
              <w:right w:val="double" w:sz="12" w:space="0" w:color="1B365D"/>
            </w:tcBorders>
            <w:shd w:val="clear" w:color="auto" w:fill="F2F5F8"/>
          </w:tcPr>
          <w:p w:rsidR="00357CAB" w:rsidRDefault="00156C84">
            <w:pPr>
              <w:bidi/>
              <w:spacing w:after="120"/>
              <w:jc w:val="center"/>
            </w:pPr>
            <w:r>
              <w:rPr>
                <w:rFonts w:cs="Arial"/>
                <w:b/>
                <w:bCs/>
                <w:color w:val="1B365D"/>
                <w:sz w:val="23"/>
                <w:szCs w:val="23"/>
                <w:rtl/>
              </w:rPr>
              <w:t>خاص</w:t>
            </w:r>
            <w:r>
              <w:rPr>
                <w:b/>
                <w:color w:val="1B365D"/>
                <w:sz w:val="23"/>
              </w:rPr>
              <w:t xml:space="preserve"> </w:t>
            </w:r>
            <w:r>
              <w:rPr>
                <w:rFonts w:cs="Arial"/>
                <w:b/>
                <w:bCs/>
                <w:color w:val="1B365D"/>
                <w:sz w:val="23"/>
                <w:szCs w:val="23"/>
                <w:rtl/>
              </w:rPr>
              <w:t>بمصلحة</w:t>
            </w:r>
            <w:r>
              <w:rPr>
                <w:b/>
                <w:color w:val="1B365D"/>
                <w:sz w:val="23"/>
              </w:rPr>
              <w:t xml:space="preserve"> </w:t>
            </w:r>
            <w:r>
              <w:rPr>
                <w:rFonts w:cs="Arial"/>
                <w:b/>
                <w:bCs/>
                <w:color w:val="1B365D"/>
                <w:sz w:val="23"/>
                <w:szCs w:val="23"/>
                <w:rtl/>
              </w:rPr>
              <w:t>التدريس</w:t>
            </w:r>
            <w:r>
              <w:rPr>
                <w:b/>
                <w:color w:val="1B365D"/>
                <w:sz w:val="23"/>
              </w:rPr>
              <w:t xml:space="preserve"> (</w:t>
            </w:r>
            <w:r>
              <w:rPr>
                <w:rFonts w:cs="Arial"/>
                <w:b/>
                <w:bCs/>
                <w:color w:val="1B365D"/>
                <w:sz w:val="23"/>
                <w:szCs w:val="23"/>
                <w:rtl/>
              </w:rPr>
              <w:t>الإدارة</w:t>
            </w:r>
            <w:r>
              <w:rPr>
                <w:b/>
                <w:color w:val="1B365D"/>
                <w:sz w:val="23"/>
              </w:rPr>
              <w:t>)</w:t>
            </w:r>
          </w:p>
          <w:p w:rsidR="00357CAB" w:rsidRDefault="00156C84">
            <w:pPr>
              <w:bidi/>
              <w:spacing w:after="480"/>
              <w:jc w:val="right"/>
            </w:pPr>
            <w:r>
              <w:rPr>
                <w:rFonts w:cs="Arial"/>
                <w:sz w:val="20"/>
                <w:szCs w:val="20"/>
                <w:rtl/>
              </w:rPr>
              <w:t>رقم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تسجيل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الطلب</w:t>
            </w:r>
            <w:r>
              <w:rPr>
                <w:sz w:val="20"/>
              </w:rPr>
              <w:t xml:space="preserve">: ....................................... </w:t>
            </w:r>
            <w:r>
              <w:rPr>
                <w:rFonts w:cs="Arial"/>
                <w:sz w:val="20"/>
                <w:szCs w:val="20"/>
                <w:rtl/>
              </w:rPr>
              <w:t>بتاريخ</w:t>
            </w:r>
            <w:r>
              <w:rPr>
                <w:sz w:val="20"/>
              </w:rPr>
              <w:t>: ........ / ........ / ................</w:t>
            </w:r>
            <w:r>
              <w:rPr>
                <w:sz w:val="20"/>
              </w:rPr>
              <w:br/>
            </w:r>
            <w:r>
              <w:rPr>
                <w:rFonts w:cs="Arial"/>
                <w:sz w:val="20"/>
                <w:szCs w:val="20"/>
                <w:rtl/>
              </w:rPr>
              <w:t>رأي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المصلحة</w:t>
            </w:r>
            <w:r>
              <w:rPr>
                <w:sz w:val="20"/>
              </w:rPr>
              <w:t xml:space="preserve">:     [  ] </w:t>
            </w:r>
            <w:r>
              <w:rPr>
                <w:rFonts w:cs="Arial"/>
                <w:sz w:val="20"/>
                <w:szCs w:val="20"/>
                <w:rtl/>
              </w:rPr>
              <w:t>مقبول</w:t>
            </w:r>
            <w:r>
              <w:rPr>
                <w:sz w:val="20"/>
              </w:rPr>
              <w:t xml:space="preserve">     -     [  ] </w:t>
            </w:r>
            <w:r>
              <w:rPr>
                <w:rFonts w:cs="Arial"/>
                <w:sz w:val="20"/>
                <w:szCs w:val="20"/>
                <w:rtl/>
              </w:rPr>
              <w:t>مرفوض</w:t>
            </w:r>
            <w:r>
              <w:rPr>
                <w:sz w:val="20"/>
              </w:rPr>
              <w:t xml:space="preserve"> (</w:t>
            </w:r>
            <w:r>
              <w:rPr>
                <w:rFonts w:cs="Arial"/>
                <w:sz w:val="20"/>
                <w:szCs w:val="20"/>
                <w:rtl/>
              </w:rPr>
              <w:t>السبب</w:t>
            </w:r>
            <w:r>
              <w:rPr>
                <w:sz w:val="20"/>
              </w:rPr>
              <w:t>: .............................................................................</w:t>
            </w:r>
            <w:r>
              <w:rPr>
                <w:sz w:val="20"/>
              </w:rPr>
              <w:t>........)</w:t>
            </w:r>
            <w:r>
              <w:rPr>
                <w:sz w:val="20"/>
              </w:rPr>
              <w:br/>
            </w:r>
            <w:r>
              <w:rPr>
                <w:rFonts w:cs="Arial"/>
                <w:sz w:val="20"/>
                <w:szCs w:val="20"/>
                <w:rtl/>
              </w:rPr>
              <w:t>توقيع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وختم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المصلحة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المستلمة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br/>
            </w:r>
          </w:p>
        </w:tc>
      </w:tr>
    </w:tbl>
    <w:p w:rsidR="00156C84" w:rsidRDefault="00156C84"/>
    <w:sectPr w:rsidR="00156C84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6C84"/>
    <w:rsid w:val="0029639D"/>
    <w:rsid w:val="00326F90"/>
    <w:rsid w:val="00357CAB"/>
    <w:rsid w:val="00424A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58342A-12F9-46BD-BCE9-C69F9E0D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Crash</cp:lastModifiedBy>
  <cp:revision>2</cp:revision>
  <dcterms:created xsi:type="dcterms:W3CDTF">2026-07-14T00:01:00Z</dcterms:created>
  <dcterms:modified xsi:type="dcterms:W3CDTF">2026-07-14T00:01:00Z</dcterms:modified>
</cp:coreProperties>
</file>